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2CF" w:rsidRDefault="00C972CF" w:rsidP="00C972CF">
      <w:pPr>
        <w:rPr>
          <w:b/>
          <w:sz w:val="26"/>
        </w:rPr>
      </w:pPr>
    </w:p>
    <w:p w:rsidR="00C972CF" w:rsidRDefault="00C972CF" w:rsidP="00C972CF">
      <w:pPr>
        <w:rPr>
          <w:b/>
          <w:sz w:val="26"/>
        </w:rPr>
      </w:pPr>
    </w:p>
    <w:p w:rsidR="005C3929" w:rsidRDefault="00C972CF">
      <w:pPr>
        <w:jc w:val="center"/>
        <w:rPr>
          <w:b/>
          <w:sz w:val="26"/>
        </w:rPr>
      </w:pPr>
      <w:r>
        <w:rPr>
          <w:b/>
          <w:sz w:val="26"/>
        </w:rPr>
        <w:t>ÇUKUROVA ÜNİVERSİTESİ</w:t>
      </w:r>
      <w:r>
        <w:rPr>
          <w:b/>
          <w:sz w:val="26"/>
        </w:rPr>
        <w:br/>
        <w:t>KÜLTÜR MÜDÜRLÜĞÜ’NE</w:t>
      </w:r>
    </w:p>
    <w:p w:rsidR="00C972CF" w:rsidRPr="00C972CF" w:rsidRDefault="00C972CF">
      <w:pPr>
        <w:jc w:val="center"/>
        <w:rPr>
          <w:b/>
          <w:sz w:val="28"/>
        </w:rPr>
      </w:pPr>
    </w:p>
    <w:p w:rsidR="00C972CF" w:rsidRDefault="00C972CF" w:rsidP="00C972CF">
      <w:pPr>
        <w:rPr>
          <w:sz w:val="24"/>
        </w:rPr>
      </w:pPr>
      <w:r w:rsidRPr="00C972CF">
        <w:rPr>
          <w:sz w:val="24"/>
        </w:rPr>
        <w:t xml:space="preserve">     ……/……/20……  </w:t>
      </w:r>
      <w:proofErr w:type="spellStart"/>
      <w:r w:rsidRPr="00C972CF">
        <w:rPr>
          <w:sz w:val="24"/>
        </w:rPr>
        <w:t>Eğitim-Öğretim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yılında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müdürlüğünüzde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bulunan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topluluklardan</w:t>
      </w:r>
      <w:proofErr w:type="spellEnd"/>
      <w:r w:rsidRPr="00C972CF">
        <w:rPr>
          <w:sz w:val="24"/>
        </w:rPr>
        <w:t xml:space="preserve"> </w:t>
      </w:r>
      <w:proofErr w:type="spellStart"/>
      <w:r>
        <w:rPr>
          <w:sz w:val="24"/>
        </w:rPr>
        <w:t>işaretlediğim</w:t>
      </w:r>
      <w:proofErr w:type="spellEnd"/>
      <w:r>
        <w:rPr>
          <w:sz w:val="24"/>
        </w:rPr>
        <w:t xml:space="preserve"> </w:t>
      </w:r>
      <w:proofErr w:type="spellStart"/>
      <w:r w:rsidRPr="00C972CF">
        <w:rPr>
          <w:sz w:val="24"/>
        </w:rPr>
        <w:t>topluluk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çalışmalarına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katılmak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istiyorum</w:t>
      </w:r>
      <w:proofErr w:type="spellEnd"/>
      <w:r w:rsidRPr="00C972CF">
        <w:rPr>
          <w:sz w:val="24"/>
        </w:rPr>
        <w:t xml:space="preserve">. </w:t>
      </w:r>
    </w:p>
    <w:p w:rsidR="00C972CF" w:rsidRPr="00C972CF" w:rsidRDefault="00C972CF" w:rsidP="00C972CF">
      <w:pPr>
        <w:rPr>
          <w:sz w:val="24"/>
        </w:rPr>
      </w:pPr>
      <w:r>
        <w:rPr>
          <w:sz w:val="24"/>
        </w:rPr>
        <w:t xml:space="preserve">       </w:t>
      </w:r>
      <w:proofErr w:type="spellStart"/>
      <w:r w:rsidRPr="00C972CF">
        <w:rPr>
          <w:sz w:val="24"/>
        </w:rPr>
        <w:t>Gereğini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arz</w:t>
      </w:r>
      <w:proofErr w:type="spellEnd"/>
      <w:r w:rsidRPr="00C972CF">
        <w:rPr>
          <w:sz w:val="24"/>
        </w:rPr>
        <w:t xml:space="preserve"> </w:t>
      </w:r>
      <w:proofErr w:type="spellStart"/>
      <w:r w:rsidRPr="00C972CF">
        <w:rPr>
          <w:sz w:val="24"/>
        </w:rPr>
        <w:t>ederim</w:t>
      </w:r>
      <w:proofErr w:type="spellEnd"/>
      <w:r w:rsidRPr="00C972CF">
        <w:rPr>
          <w:sz w:val="24"/>
        </w:rPr>
        <w:t xml:space="preserve">.                                    </w:t>
      </w:r>
    </w:p>
    <w:p w:rsidR="00C972CF" w:rsidRDefault="00C972CF" w:rsidP="00C972CF"/>
    <w:tbl>
      <w:tblPr>
        <w:tblpPr w:leftFromText="141" w:rightFromText="141" w:vertAnchor="text" w:horzAnchor="margin" w:tblpY="-32"/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4172"/>
        <w:gridCol w:w="1488"/>
        <w:gridCol w:w="2979"/>
      </w:tblGrid>
      <w:tr w:rsidR="0001430B" w:rsidTr="0001430B">
        <w:trPr>
          <w:trHeight w:val="636"/>
        </w:trPr>
        <w:tc>
          <w:tcPr>
            <w:tcW w:w="1786" w:type="dxa"/>
            <w:vAlign w:val="center"/>
          </w:tcPr>
          <w:p w:rsidR="0001430B" w:rsidRDefault="0001430B" w:rsidP="0001430B">
            <w:pPr>
              <w:spacing w:after="140"/>
            </w:pPr>
            <w:proofErr w:type="spellStart"/>
            <w:r>
              <w:t>Adı-Soyadı</w:t>
            </w:r>
            <w:proofErr w:type="spellEnd"/>
          </w:p>
        </w:tc>
        <w:tc>
          <w:tcPr>
            <w:tcW w:w="4172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  <w:tc>
          <w:tcPr>
            <w:tcW w:w="1488" w:type="dxa"/>
            <w:vAlign w:val="center"/>
          </w:tcPr>
          <w:p w:rsidR="0001430B" w:rsidRDefault="0001430B" w:rsidP="0001430B">
            <w:pPr>
              <w:spacing w:after="140"/>
            </w:pPr>
          </w:p>
        </w:tc>
        <w:tc>
          <w:tcPr>
            <w:tcW w:w="2979" w:type="dxa"/>
            <w:vAlign w:val="center"/>
          </w:tcPr>
          <w:p w:rsidR="0001430B" w:rsidRDefault="0001430B" w:rsidP="0001430B">
            <w:pPr>
              <w:spacing w:after="140"/>
            </w:pPr>
          </w:p>
        </w:tc>
      </w:tr>
      <w:tr w:rsidR="0001430B" w:rsidTr="0001430B">
        <w:trPr>
          <w:trHeight w:val="614"/>
        </w:trPr>
        <w:tc>
          <w:tcPr>
            <w:tcW w:w="1786" w:type="dxa"/>
            <w:vAlign w:val="center"/>
          </w:tcPr>
          <w:p w:rsidR="0001430B" w:rsidRDefault="0001430B" w:rsidP="0001430B">
            <w:pPr>
              <w:spacing w:after="140"/>
            </w:pPr>
            <w:r>
              <w:t>Fakültesi</w:t>
            </w:r>
          </w:p>
        </w:tc>
        <w:tc>
          <w:tcPr>
            <w:tcW w:w="4172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  <w:tc>
          <w:tcPr>
            <w:tcW w:w="1488" w:type="dxa"/>
            <w:vAlign w:val="center"/>
          </w:tcPr>
          <w:p w:rsidR="0001430B" w:rsidRDefault="0001430B" w:rsidP="0001430B">
            <w:pPr>
              <w:spacing w:after="140"/>
            </w:pPr>
          </w:p>
        </w:tc>
        <w:tc>
          <w:tcPr>
            <w:tcW w:w="2979" w:type="dxa"/>
            <w:vAlign w:val="center"/>
          </w:tcPr>
          <w:p w:rsidR="0001430B" w:rsidRDefault="0001430B" w:rsidP="0001430B">
            <w:pPr>
              <w:spacing w:after="140"/>
            </w:pPr>
          </w:p>
        </w:tc>
      </w:tr>
      <w:tr w:rsidR="0001430B" w:rsidTr="0001430B">
        <w:trPr>
          <w:trHeight w:val="636"/>
        </w:trPr>
        <w:tc>
          <w:tcPr>
            <w:tcW w:w="1786" w:type="dxa"/>
            <w:vAlign w:val="center"/>
          </w:tcPr>
          <w:p w:rsidR="0001430B" w:rsidRDefault="0001430B" w:rsidP="0001430B">
            <w:pPr>
              <w:spacing w:after="140"/>
            </w:pPr>
            <w:r>
              <w:t>Bölümü</w:t>
            </w:r>
          </w:p>
        </w:tc>
        <w:tc>
          <w:tcPr>
            <w:tcW w:w="4172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  <w:tc>
          <w:tcPr>
            <w:tcW w:w="1488" w:type="dxa"/>
            <w:vAlign w:val="center"/>
          </w:tcPr>
          <w:p w:rsidR="0001430B" w:rsidRDefault="0001430B" w:rsidP="0001430B">
            <w:pPr>
              <w:spacing w:after="140"/>
            </w:pPr>
            <w:r>
              <w:t>GSM</w:t>
            </w:r>
          </w:p>
        </w:tc>
        <w:tc>
          <w:tcPr>
            <w:tcW w:w="2979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</w:tr>
      <w:tr w:rsidR="0001430B" w:rsidTr="0001430B">
        <w:trPr>
          <w:trHeight w:val="636"/>
        </w:trPr>
        <w:tc>
          <w:tcPr>
            <w:tcW w:w="1786" w:type="dxa"/>
            <w:vAlign w:val="center"/>
          </w:tcPr>
          <w:p w:rsidR="0001430B" w:rsidRDefault="0001430B" w:rsidP="0001430B">
            <w:pPr>
              <w:spacing w:after="140"/>
            </w:pPr>
            <w:r>
              <w:t>Öğrenci No</w:t>
            </w:r>
          </w:p>
        </w:tc>
        <w:tc>
          <w:tcPr>
            <w:tcW w:w="4172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  <w:tc>
          <w:tcPr>
            <w:tcW w:w="1488" w:type="dxa"/>
            <w:vAlign w:val="center"/>
          </w:tcPr>
          <w:p w:rsidR="0001430B" w:rsidRDefault="0001430B" w:rsidP="0001430B">
            <w:pPr>
              <w:spacing w:after="140"/>
            </w:pPr>
            <w:r>
              <w:t>E-mail</w:t>
            </w:r>
          </w:p>
        </w:tc>
        <w:tc>
          <w:tcPr>
            <w:tcW w:w="2979" w:type="dxa"/>
            <w:vAlign w:val="center"/>
          </w:tcPr>
          <w:p w:rsidR="0001430B" w:rsidRDefault="0001430B" w:rsidP="0001430B">
            <w:pPr>
              <w:spacing w:after="140"/>
            </w:pPr>
            <w:r>
              <w:t>:</w:t>
            </w:r>
          </w:p>
        </w:tc>
      </w:tr>
    </w:tbl>
    <w:p w:rsidR="005C3929" w:rsidRPr="00C972CF" w:rsidRDefault="00C972CF">
      <w:pPr>
        <w:rPr>
          <w:b/>
          <w:sz w:val="26"/>
        </w:rPr>
      </w:pPr>
      <w:r>
        <w:t xml:space="preserve">                                                                                                                                                  ……/……/20……</w:t>
      </w:r>
    </w:p>
    <w:p w:rsidR="0001430B" w:rsidRDefault="0001430B" w:rsidP="0001430B">
      <w:pPr>
        <w:rPr>
          <w:b/>
          <w:sz w:val="26"/>
          <w:u w:val="single"/>
        </w:rPr>
      </w:pPr>
    </w:p>
    <w:p w:rsidR="0001430B" w:rsidRPr="00C972CF" w:rsidRDefault="00C972CF" w:rsidP="0001430B">
      <w:pPr>
        <w:jc w:val="center"/>
        <w:rPr>
          <w:b/>
          <w:sz w:val="26"/>
          <w:u w:val="single"/>
        </w:rPr>
      </w:pPr>
      <w:r>
        <w:rPr>
          <w:b/>
          <w:sz w:val="26"/>
          <w:u w:val="single"/>
        </w:rPr>
        <w:t>TALEP EDİLEN TOPLULUKLAR</w:t>
      </w:r>
      <w:bookmarkStart w:id="0" w:name="_GoBack"/>
      <w:bookmarkEnd w:id="0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7"/>
      </w:tblGrid>
      <w:tr w:rsidR="005C3929">
        <w:trPr>
          <w:jc w:val="center"/>
        </w:trPr>
        <w:tc>
          <w:tcPr>
            <w:tcW w:w="567" w:type="dxa"/>
            <w:vAlign w:val="center"/>
          </w:tcPr>
          <w:p w:rsidR="005C3929" w:rsidRDefault="00C972CF">
            <w:pPr>
              <w:spacing w:after="120"/>
              <w:jc w:val="center"/>
            </w:pPr>
            <w:r>
              <w:t>☐</w:t>
            </w:r>
          </w:p>
        </w:tc>
        <w:tc>
          <w:tcPr>
            <w:tcW w:w="7937" w:type="dxa"/>
            <w:vAlign w:val="center"/>
          </w:tcPr>
          <w:p w:rsidR="005C3929" w:rsidRDefault="00C972CF">
            <w:pPr>
              <w:spacing w:after="120"/>
            </w:pPr>
            <w:r>
              <w:t>TÜRK SANAT MÜZİĞİ KOROSU</w:t>
            </w:r>
          </w:p>
        </w:tc>
      </w:tr>
      <w:tr w:rsidR="005C3929">
        <w:trPr>
          <w:jc w:val="center"/>
        </w:trPr>
        <w:tc>
          <w:tcPr>
            <w:tcW w:w="567" w:type="dxa"/>
            <w:vAlign w:val="center"/>
          </w:tcPr>
          <w:p w:rsidR="005C3929" w:rsidRDefault="00C972CF">
            <w:pPr>
              <w:spacing w:after="120"/>
              <w:jc w:val="center"/>
            </w:pPr>
            <w:r>
              <w:t>☐</w:t>
            </w:r>
          </w:p>
        </w:tc>
        <w:tc>
          <w:tcPr>
            <w:tcW w:w="7937" w:type="dxa"/>
            <w:vAlign w:val="center"/>
          </w:tcPr>
          <w:p w:rsidR="005C3929" w:rsidRDefault="00C972CF">
            <w:pPr>
              <w:spacing w:after="120"/>
            </w:pPr>
            <w:r>
              <w:t>TÜRK HALK MÜZİĞİ KOROSU</w:t>
            </w:r>
          </w:p>
        </w:tc>
      </w:tr>
      <w:tr w:rsidR="005C3929">
        <w:trPr>
          <w:jc w:val="center"/>
        </w:trPr>
        <w:tc>
          <w:tcPr>
            <w:tcW w:w="567" w:type="dxa"/>
            <w:vAlign w:val="center"/>
          </w:tcPr>
          <w:p w:rsidR="005C3929" w:rsidRDefault="00C972CF">
            <w:pPr>
              <w:spacing w:after="120"/>
              <w:jc w:val="center"/>
            </w:pPr>
            <w:r>
              <w:t>☐</w:t>
            </w:r>
          </w:p>
        </w:tc>
        <w:tc>
          <w:tcPr>
            <w:tcW w:w="7937" w:type="dxa"/>
            <w:vAlign w:val="center"/>
          </w:tcPr>
          <w:p w:rsidR="005C3929" w:rsidRDefault="00C972CF">
            <w:pPr>
              <w:spacing w:after="120"/>
            </w:pPr>
            <w:r>
              <w:t>HALK OYUNLARI TOPLULUĞU</w:t>
            </w:r>
          </w:p>
        </w:tc>
      </w:tr>
      <w:tr w:rsidR="005C3929">
        <w:trPr>
          <w:jc w:val="center"/>
        </w:trPr>
        <w:tc>
          <w:tcPr>
            <w:tcW w:w="567" w:type="dxa"/>
            <w:vAlign w:val="center"/>
          </w:tcPr>
          <w:p w:rsidR="005C3929" w:rsidRDefault="00C972CF">
            <w:pPr>
              <w:spacing w:after="120"/>
              <w:jc w:val="center"/>
            </w:pPr>
            <w:r>
              <w:t>☐</w:t>
            </w:r>
          </w:p>
        </w:tc>
        <w:tc>
          <w:tcPr>
            <w:tcW w:w="7937" w:type="dxa"/>
            <w:vAlign w:val="center"/>
          </w:tcPr>
          <w:p w:rsidR="005C3929" w:rsidRDefault="00C972CF">
            <w:pPr>
              <w:spacing w:after="120"/>
            </w:pPr>
            <w:r>
              <w:t>DRAMA TOPLULUĞU</w:t>
            </w:r>
          </w:p>
        </w:tc>
      </w:tr>
      <w:tr w:rsidR="005C3929">
        <w:trPr>
          <w:jc w:val="center"/>
        </w:trPr>
        <w:tc>
          <w:tcPr>
            <w:tcW w:w="567" w:type="dxa"/>
            <w:vAlign w:val="center"/>
          </w:tcPr>
          <w:p w:rsidR="005C3929" w:rsidRDefault="00C972CF">
            <w:pPr>
              <w:spacing w:after="120"/>
              <w:jc w:val="center"/>
            </w:pPr>
            <w:r>
              <w:t>☐</w:t>
            </w:r>
          </w:p>
        </w:tc>
        <w:tc>
          <w:tcPr>
            <w:tcW w:w="7937" w:type="dxa"/>
            <w:vAlign w:val="center"/>
          </w:tcPr>
          <w:p w:rsidR="005C3929" w:rsidRDefault="00C972CF">
            <w:pPr>
              <w:spacing w:after="120"/>
            </w:pPr>
            <w:r>
              <w:t>DANS TOPLULUĞU</w:t>
            </w:r>
          </w:p>
        </w:tc>
      </w:tr>
    </w:tbl>
    <w:p w:rsidR="005C3929" w:rsidRDefault="005C3929"/>
    <w:p w:rsidR="005C3929" w:rsidRDefault="00C972CF">
      <w:pPr>
        <w:spacing w:before="500"/>
      </w:pPr>
      <w:r>
        <w:rPr>
          <w:b/>
        </w:rPr>
        <w:t>NOT :</w:t>
      </w:r>
    </w:p>
    <w:p w:rsidR="005C3929" w:rsidRDefault="00C972CF">
      <w:pPr>
        <w:spacing w:after="160"/>
        <w:ind w:left="340"/>
      </w:pPr>
      <w:r>
        <w:t>Topluluklar ilgi alanınızdaki bilgi ve yeteneklerinizi geliştirmeye yönelik olup zorunlu değildir.</w:t>
      </w:r>
    </w:p>
    <w:p w:rsidR="005C3929" w:rsidRDefault="00C972CF">
      <w:pPr>
        <w:ind w:left="340"/>
      </w:pPr>
      <w:r>
        <w:t>Topluluklar ücretsiz olup devam zorunluluğu vardır.</w:t>
      </w:r>
    </w:p>
    <w:sectPr w:rsidR="005C3929" w:rsidSect="00034616">
      <w:pgSz w:w="12240" w:h="15840"/>
      <w:pgMar w:top="85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30B"/>
    <w:rsid w:val="00034616"/>
    <w:rsid w:val="0006063C"/>
    <w:rsid w:val="0015074B"/>
    <w:rsid w:val="0029639D"/>
    <w:rsid w:val="00326F90"/>
    <w:rsid w:val="005C3929"/>
    <w:rsid w:val="00AA1D8D"/>
    <w:rsid w:val="00B47730"/>
    <w:rsid w:val="00C972C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08011"/>
  <w14:defaultImageDpi w14:val="300"/>
  <w15:docId w15:val="{FB9BB28E-B00B-4BFD-A1D4-6C2A3B5D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AB7BE2-A615-459E-9B81-21D3D6B2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Win10</cp:lastModifiedBy>
  <cp:revision>4</cp:revision>
  <dcterms:created xsi:type="dcterms:W3CDTF">2026-09-17T07:13:00Z</dcterms:created>
  <dcterms:modified xsi:type="dcterms:W3CDTF">2026-09-17T07:20:00Z</dcterms:modified>
  <cp:category/>
</cp:coreProperties>
</file>